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1B046" w14:textId="77777777" w:rsidR="004C105F" w:rsidRDefault="00F8694A" w:rsidP="004D15CB">
      <w:pPr>
        <w:pStyle w:val="Heading1"/>
        <w:spacing w:line="360" w:lineRule="auto"/>
      </w:pPr>
      <w:r>
        <w:t>Hasan Noureddine</w:t>
      </w:r>
    </w:p>
    <w:p w14:paraId="18A44F24" w14:textId="49E7FAE1" w:rsidR="004C105F" w:rsidRDefault="00F8694A" w:rsidP="004D15CB">
      <w:pPr>
        <w:spacing w:line="360" w:lineRule="auto"/>
      </w:pPr>
      <w:r>
        <w:t>Beirut, Lebanon | +961 76 856 593</w:t>
      </w:r>
      <w:r>
        <w:br/>
        <w:t xml:space="preserve">LinkedIn: </w:t>
      </w:r>
      <w:hyperlink r:id="rId6" w:history="1">
        <w:r w:rsidR="00F102F4" w:rsidRPr="00F102F4">
          <w:rPr>
            <w:rStyle w:val="Hyperlink"/>
          </w:rPr>
          <w:t>Hasan Noure</w:t>
        </w:r>
        <w:r w:rsidR="00F102F4" w:rsidRPr="00F102F4">
          <w:rPr>
            <w:rStyle w:val="Hyperlink"/>
          </w:rPr>
          <w:t>d</w:t>
        </w:r>
        <w:r w:rsidR="00F102F4" w:rsidRPr="00F102F4">
          <w:rPr>
            <w:rStyle w:val="Hyperlink"/>
          </w:rPr>
          <w:t>dine</w:t>
        </w:r>
      </w:hyperlink>
      <w:r>
        <w:t xml:space="preserve"> | GitHub: </w:t>
      </w:r>
      <w:hyperlink r:id="rId7" w:history="1">
        <w:r w:rsidR="00A17B23" w:rsidRPr="00A17B23">
          <w:rPr>
            <w:rStyle w:val="Hyperlink"/>
          </w:rPr>
          <w:t>Hasan Noureddine</w:t>
        </w:r>
      </w:hyperlink>
      <w:r>
        <w:t xml:space="preserve"> | </w:t>
      </w:r>
      <w:hyperlink r:id="rId8" w:history="1">
        <w:r w:rsidR="00A17B23" w:rsidRPr="00A17B23">
          <w:rPr>
            <w:rStyle w:val="Hyperlink"/>
          </w:rPr>
          <w:t>hnoureddin</w:t>
        </w:r>
        <w:r w:rsidR="00A17B23" w:rsidRPr="00A17B23">
          <w:rPr>
            <w:rStyle w:val="Hyperlink"/>
          </w:rPr>
          <w:t>e</w:t>
        </w:r>
        <w:r w:rsidR="00A17B23" w:rsidRPr="00A17B23">
          <w:rPr>
            <w:rStyle w:val="Hyperlink"/>
          </w:rPr>
          <w:t>836@gmail.com</w:t>
        </w:r>
      </w:hyperlink>
    </w:p>
    <w:p w14:paraId="727CC628" w14:textId="77777777" w:rsidR="004C105F" w:rsidRDefault="00F8694A" w:rsidP="004D15CB">
      <w:pPr>
        <w:pStyle w:val="Heading2"/>
        <w:spacing w:line="360" w:lineRule="auto"/>
      </w:pPr>
      <w:r>
        <w:t>Career Objective</w:t>
      </w:r>
    </w:p>
    <w:p w14:paraId="37CAE192" w14:textId="77777777" w:rsidR="004C105F" w:rsidRDefault="00F8694A" w:rsidP="004D15CB">
      <w:pPr>
        <w:spacing w:line="360" w:lineRule="auto"/>
      </w:pPr>
      <w:r>
        <w:t>Motivated Computer and Communication Engineering student with hands-on experience building full-stack web applications and freelance websites. Passionate about software engineering, UI/UX design, and modern web technologies. Seeking opportunities to contribute to impactful products while continuously expanding my expertise in React, backend development, and user-centered design.</w:t>
      </w:r>
    </w:p>
    <w:p w14:paraId="7D3C6D62" w14:textId="77777777" w:rsidR="004C105F" w:rsidRDefault="00F8694A" w:rsidP="004D15CB">
      <w:pPr>
        <w:pStyle w:val="Heading2"/>
        <w:spacing w:line="360" w:lineRule="auto"/>
      </w:pPr>
      <w:r>
        <w:t>Education</w:t>
      </w:r>
    </w:p>
    <w:p w14:paraId="123D5685" w14:textId="77777777" w:rsidR="004C105F" w:rsidRDefault="00F8694A" w:rsidP="004D15CB">
      <w:pPr>
        <w:spacing w:line="360" w:lineRule="auto"/>
      </w:pPr>
      <w:r>
        <w:t>Bachelor of Engineering – Computer and Communication Engineering</w:t>
      </w:r>
      <w:r>
        <w:br/>
        <w:t>Antonine University, Baabda, Lebanon (2023–2027)</w:t>
      </w:r>
    </w:p>
    <w:p w14:paraId="562CE0FD" w14:textId="77777777" w:rsidR="004C105F" w:rsidRDefault="00F8694A" w:rsidP="004D15CB">
      <w:pPr>
        <w:pStyle w:val="Heading2"/>
        <w:spacing w:line="360" w:lineRule="auto"/>
      </w:pPr>
      <w:r>
        <w:t>Technical Skills</w:t>
      </w:r>
    </w:p>
    <w:p w14:paraId="12C03E5A" w14:textId="77777777" w:rsidR="004C105F" w:rsidRDefault="00F8694A" w:rsidP="004D15CB">
      <w:pPr>
        <w:pStyle w:val="ListBullet"/>
        <w:spacing w:line="360" w:lineRule="auto"/>
      </w:pPr>
      <w:r>
        <w:t>Programming: Java, JavaScript, C++, Node.js, Spring Boot</w:t>
      </w:r>
    </w:p>
    <w:p w14:paraId="7424C082" w14:textId="77777777" w:rsidR="004C105F" w:rsidRDefault="00F8694A" w:rsidP="004D15CB">
      <w:pPr>
        <w:pStyle w:val="ListBullet"/>
        <w:spacing w:line="360" w:lineRule="auto"/>
      </w:pPr>
      <w:r>
        <w:t>Frontend: HTML5, CSS3, Responsive Design, Beginner React</w:t>
      </w:r>
    </w:p>
    <w:p w14:paraId="40FA35CF" w14:textId="77777777" w:rsidR="004C105F" w:rsidRDefault="00F8694A" w:rsidP="004D15CB">
      <w:pPr>
        <w:pStyle w:val="ListBullet"/>
        <w:spacing w:line="360" w:lineRule="auto"/>
      </w:pPr>
      <w:r>
        <w:t>UI/UX: Wireframing, User Interface Design, User Experience Design, Figma</w:t>
      </w:r>
    </w:p>
    <w:p w14:paraId="59EF2655" w14:textId="77777777" w:rsidR="004C105F" w:rsidRDefault="00F8694A" w:rsidP="004D15CB">
      <w:pPr>
        <w:pStyle w:val="ListBullet"/>
        <w:spacing w:line="360" w:lineRule="auto"/>
      </w:pPr>
      <w:r>
        <w:t>Databases: MySQL, MongoDB, SQL</w:t>
      </w:r>
    </w:p>
    <w:p w14:paraId="469E6671" w14:textId="77777777" w:rsidR="004C105F" w:rsidRDefault="00F8694A" w:rsidP="004D15CB">
      <w:pPr>
        <w:pStyle w:val="ListBullet"/>
        <w:spacing w:line="360" w:lineRule="auto"/>
      </w:pPr>
      <w:r>
        <w:t>Tools: Git, GitHub, VS Code, Microsoft Office</w:t>
      </w:r>
    </w:p>
    <w:p w14:paraId="45CCD58B" w14:textId="77777777" w:rsidR="004C105F" w:rsidRDefault="00F8694A" w:rsidP="004D15CB">
      <w:pPr>
        <w:pStyle w:val="ListBullet"/>
        <w:spacing w:line="360" w:lineRule="auto"/>
      </w:pPr>
      <w:r>
        <w:t>Other: REST APIs, OOP, Data Structures, Cisco Networking</w:t>
      </w:r>
    </w:p>
    <w:p w14:paraId="5E28FCD4" w14:textId="41263A83" w:rsidR="004C105F" w:rsidRDefault="00F8694A" w:rsidP="004D15CB">
      <w:pPr>
        <w:pStyle w:val="Heading2"/>
        <w:spacing w:line="360" w:lineRule="auto"/>
      </w:pPr>
      <w:r>
        <w:t>Professional Experience</w:t>
      </w:r>
    </w:p>
    <w:p w14:paraId="657827DB" w14:textId="77777777" w:rsidR="004C105F" w:rsidRDefault="00F8694A" w:rsidP="004D15CB">
      <w:pPr>
        <w:spacing w:line="360" w:lineRule="auto"/>
      </w:pPr>
      <w:r>
        <w:t>Freelance Web Developer</w:t>
      </w:r>
    </w:p>
    <w:p w14:paraId="4D9DEA67" w14:textId="12AEEC09" w:rsidR="004C105F" w:rsidRDefault="00F8694A" w:rsidP="004D15CB">
      <w:pPr>
        <w:spacing w:line="360" w:lineRule="auto"/>
      </w:pPr>
      <w:r>
        <w:t>- Designed and developed responsive websites for clients.</w:t>
      </w:r>
      <w:r>
        <w:br/>
        <w:t>- Communicated with clients to gather requirements and deliver customized solutions.</w:t>
      </w:r>
      <w:r>
        <w:br/>
        <w:t>- Focused on clean UI, usability, and performance.</w:t>
      </w:r>
    </w:p>
    <w:p w14:paraId="5BA1DACD" w14:textId="096FE05A" w:rsidR="004D15CB" w:rsidRDefault="004D15CB" w:rsidP="004D15CB">
      <w:pPr>
        <w:spacing w:line="360" w:lineRule="auto"/>
      </w:pPr>
    </w:p>
    <w:p w14:paraId="23FE8B4E" w14:textId="7732E20F" w:rsidR="004D15CB" w:rsidRDefault="004D15CB" w:rsidP="004D15CB">
      <w:pPr>
        <w:spacing w:line="360" w:lineRule="auto"/>
      </w:pPr>
    </w:p>
    <w:p w14:paraId="76175886" w14:textId="77777777" w:rsidR="004D15CB" w:rsidRDefault="004D15CB" w:rsidP="004D15CB">
      <w:pPr>
        <w:spacing w:line="360" w:lineRule="auto"/>
      </w:pPr>
    </w:p>
    <w:p w14:paraId="3E365632" w14:textId="77777777" w:rsidR="004C105F" w:rsidRDefault="00F8694A" w:rsidP="004D15CB">
      <w:pPr>
        <w:pStyle w:val="Heading2"/>
        <w:spacing w:line="360" w:lineRule="auto"/>
      </w:pPr>
      <w:r>
        <w:lastRenderedPageBreak/>
        <w:t>Academic &amp; Freelance Projects</w:t>
      </w:r>
    </w:p>
    <w:p w14:paraId="4595A1C4" w14:textId="77777777" w:rsidR="004C105F" w:rsidRDefault="00F8694A" w:rsidP="004D15CB">
      <w:pPr>
        <w:pStyle w:val="ListBullet"/>
        <w:spacing w:line="360" w:lineRule="auto"/>
      </w:pPr>
      <w:r>
        <w:t>Online Learning Platform – Role-based platform for students, teachers, and admins.</w:t>
      </w:r>
    </w:p>
    <w:p w14:paraId="186BC1BC" w14:textId="77777777" w:rsidR="004C105F" w:rsidRDefault="00F8694A" w:rsidP="004D15CB">
      <w:pPr>
        <w:pStyle w:val="ListBullet"/>
        <w:spacing w:line="360" w:lineRule="auto"/>
      </w:pPr>
      <w:r>
        <w:t>Event Management System – Organizer, speaker, and sponsor management.</w:t>
      </w:r>
    </w:p>
    <w:p w14:paraId="78F4017D" w14:textId="77777777" w:rsidR="004C105F" w:rsidRDefault="00F8694A" w:rsidP="004D15CB">
      <w:pPr>
        <w:pStyle w:val="ListBullet"/>
        <w:spacing w:line="360" w:lineRule="auto"/>
      </w:pPr>
      <w:r>
        <w:t>Restaurant Recipes Website – Dynamic recipe management.</w:t>
      </w:r>
    </w:p>
    <w:p w14:paraId="43EA2174" w14:textId="77777777" w:rsidR="004C105F" w:rsidRDefault="00F8694A" w:rsidP="004D15CB">
      <w:pPr>
        <w:pStyle w:val="ListBullet"/>
        <w:spacing w:line="360" w:lineRule="auto"/>
      </w:pPr>
      <w:r>
        <w:t>Car Renting Website – Multi-role rental platform.</w:t>
      </w:r>
    </w:p>
    <w:p w14:paraId="08124186" w14:textId="77777777" w:rsidR="004C105F" w:rsidRDefault="00F8694A" w:rsidP="004D15CB">
      <w:pPr>
        <w:pStyle w:val="ListBullet"/>
        <w:spacing w:line="360" w:lineRule="auto"/>
      </w:pPr>
      <w:r>
        <w:t>Banking System – Data structures project.</w:t>
      </w:r>
    </w:p>
    <w:p w14:paraId="3F68781D" w14:textId="77777777" w:rsidR="004C105F" w:rsidRDefault="00F8694A" w:rsidP="004D15CB">
      <w:pPr>
        <w:pStyle w:val="ListBullet"/>
        <w:spacing w:line="360" w:lineRule="auto"/>
      </w:pPr>
      <w:r>
        <w:t>LaviaStyle – Freelance fashion website.</w:t>
      </w:r>
    </w:p>
    <w:p w14:paraId="25D4C07C" w14:textId="723DC14C" w:rsidR="004C105F" w:rsidRDefault="00F8694A" w:rsidP="004D15CB">
      <w:pPr>
        <w:pStyle w:val="ListBullet"/>
        <w:spacing w:line="360" w:lineRule="auto"/>
      </w:pPr>
      <w:r>
        <w:t>SOLÉA Perfume – Freelance e-commerce perfume website.</w:t>
      </w:r>
    </w:p>
    <w:p w14:paraId="2DC5C584" w14:textId="77777777" w:rsidR="00F8694A" w:rsidRDefault="00F8694A" w:rsidP="004D15CB">
      <w:pPr>
        <w:pStyle w:val="ListBullet"/>
        <w:numPr>
          <w:ilvl w:val="0"/>
          <w:numId w:val="0"/>
        </w:numPr>
        <w:spacing w:line="360" w:lineRule="auto"/>
        <w:ind w:left="360" w:hanging="360"/>
      </w:pPr>
    </w:p>
    <w:p w14:paraId="6DE9279E" w14:textId="77777777" w:rsidR="004C105F" w:rsidRDefault="00F8694A" w:rsidP="004D15CB">
      <w:pPr>
        <w:pStyle w:val="Heading2"/>
        <w:spacing w:line="360" w:lineRule="auto"/>
      </w:pPr>
      <w:r>
        <w:t>Soft Skills</w:t>
      </w:r>
    </w:p>
    <w:p w14:paraId="24A1B8AF" w14:textId="77777777" w:rsidR="004C105F" w:rsidRDefault="00F8694A" w:rsidP="004D15CB">
      <w:pPr>
        <w:pStyle w:val="ListBullet"/>
        <w:spacing w:line="360" w:lineRule="auto"/>
      </w:pPr>
      <w:r>
        <w:t>Communication</w:t>
      </w:r>
    </w:p>
    <w:p w14:paraId="6B36D4C8" w14:textId="77777777" w:rsidR="004C105F" w:rsidRDefault="00F8694A" w:rsidP="004D15CB">
      <w:pPr>
        <w:pStyle w:val="ListBullet"/>
        <w:spacing w:line="360" w:lineRule="auto"/>
      </w:pPr>
      <w:r>
        <w:t>Leadership</w:t>
      </w:r>
    </w:p>
    <w:p w14:paraId="318DFA3D" w14:textId="77777777" w:rsidR="004C105F" w:rsidRDefault="00F8694A" w:rsidP="004D15CB">
      <w:pPr>
        <w:pStyle w:val="ListBullet"/>
        <w:spacing w:line="360" w:lineRule="auto"/>
      </w:pPr>
      <w:r>
        <w:t>Teamwork</w:t>
      </w:r>
    </w:p>
    <w:p w14:paraId="2EC5BA1F" w14:textId="77777777" w:rsidR="004C105F" w:rsidRDefault="00F8694A" w:rsidP="004D15CB">
      <w:pPr>
        <w:pStyle w:val="ListBullet"/>
        <w:spacing w:line="360" w:lineRule="auto"/>
      </w:pPr>
      <w:r>
        <w:t>Problem Solving</w:t>
      </w:r>
    </w:p>
    <w:p w14:paraId="7282076F" w14:textId="77777777" w:rsidR="004C105F" w:rsidRDefault="00F8694A" w:rsidP="004D15CB">
      <w:pPr>
        <w:pStyle w:val="ListBullet"/>
        <w:spacing w:line="360" w:lineRule="auto"/>
      </w:pPr>
      <w:r>
        <w:t>Critical Thinking</w:t>
      </w:r>
    </w:p>
    <w:p w14:paraId="016414CE" w14:textId="77777777" w:rsidR="004C105F" w:rsidRDefault="00F8694A" w:rsidP="004D15CB">
      <w:pPr>
        <w:pStyle w:val="ListBullet"/>
        <w:spacing w:line="360" w:lineRule="auto"/>
      </w:pPr>
      <w:r>
        <w:t>Adaptability</w:t>
      </w:r>
    </w:p>
    <w:p w14:paraId="777ED077" w14:textId="77777777" w:rsidR="004C105F" w:rsidRDefault="00F8694A" w:rsidP="004D15CB">
      <w:pPr>
        <w:pStyle w:val="ListBullet"/>
        <w:spacing w:line="360" w:lineRule="auto"/>
      </w:pPr>
      <w:r>
        <w:t>Project Management</w:t>
      </w:r>
    </w:p>
    <w:p w14:paraId="271871EA" w14:textId="77777777" w:rsidR="004D15CB" w:rsidRDefault="004D15CB" w:rsidP="004D15CB">
      <w:pPr>
        <w:pStyle w:val="Heading2"/>
        <w:spacing w:line="360" w:lineRule="auto"/>
      </w:pPr>
    </w:p>
    <w:p w14:paraId="571056D2" w14:textId="3D6D59BD" w:rsidR="004C105F" w:rsidRDefault="00F8694A" w:rsidP="004D15CB">
      <w:pPr>
        <w:pStyle w:val="Heading2"/>
        <w:spacing w:line="360" w:lineRule="auto"/>
      </w:pPr>
      <w:r>
        <w:t>Languages</w:t>
      </w:r>
    </w:p>
    <w:p w14:paraId="28DFA9C1" w14:textId="77777777" w:rsidR="004C105F" w:rsidRDefault="00F8694A" w:rsidP="004D15CB">
      <w:pPr>
        <w:spacing w:line="360" w:lineRule="auto"/>
      </w:pPr>
      <w:r>
        <w:t>Arabic: Native</w:t>
      </w:r>
      <w:r>
        <w:br/>
        <w:t>English: Fluent</w:t>
      </w:r>
    </w:p>
    <w:sectPr w:rsidR="004C10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105F"/>
    <w:rsid w:val="004D15CB"/>
    <w:rsid w:val="00A17B23"/>
    <w:rsid w:val="00AA1D8D"/>
    <w:rsid w:val="00B47730"/>
    <w:rsid w:val="00C828A3"/>
    <w:rsid w:val="00CB0664"/>
    <w:rsid w:val="00F102F4"/>
    <w:rsid w:val="00F869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758A63"/>
  <w14:defaultImageDpi w14:val="300"/>
  <w15:docId w15:val="{81B72AB8-4D1E-4579-9ACD-D09D5066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102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2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02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noureddine836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github.com/hnoureddine836-ctr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hasan-noureddine-74743536b?utm_source=share_via&amp;utm_content=profile&amp;utm_medium=member_io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hasan amir</cp:lastModifiedBy>
  <cp:revision>4</cp:revision>
  <dcterms:created xsi:type="dcterms:W3CDTF">2013-12-23T23:15:00Z</dcterms:created>
  <dcterms:modified xsi:type="dcterms:W3CDTF">2026-07-13T18:50:00Z</dcterms:modified>
  <cp:category/>
</cp:coreProperties>
</file>